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Sample Document — Level 2</w:t>
      </w:r>
    </w:p>
    <w:p>
      <w:r>
        <w:t>Lorem ipsum dolor sit amet, consectetur adipiscing elit. Sed do eiusmod tempor incididunt ut labore et dolore magna aliqua. (paragraph 1)</w:t>
      </w:r>
    </w:p>
    <w:p>
      <w:r>
        <w:t>Sed do eiusmod tempor incididunt ut labore et dolore magna aliqua. Excepteur sint occaecat cupidatat non proident, sunt in culpa qui. (paragraph 2)</w:t>
      </w:r>
    </w:p>
    <w:p>
      <w:r>
        <w:t>Ut enim ad minim veniam, quis nostrud exercitation ullamco laboris. Blanditiis praesentium voluptatum deleniti atque corrupti quos dolores. (paragraph 3)</w:t>
      </w:r>
    </w:p>
    <w:p>
      <w:r>
        <w:t>Duis aute irure dolor in reprehenderit in voluptate velit esse cillum. Itaque earum rerum hic tenetur a sapiente delectus, ut aut reiciendis. (paragraph 4)</w:t>
      </w:r>
    </w:p>
    <w:p>
      <w:r>
        <w:t>Excepteur sint occaecat cupidatat non proident, sunt in culpa qui. Sed do eiusmod tempor incididunt ut labore et dolore magna aliqua. (paragraph 5)</w:t>
      </w:r>
    </w:p>
    <w:p>
      <w:r>
        <w:t>Officia deserunt mollit anim id est laborum et dolore magnam aliquam. Excepteur sint occaecat cupidatat non proident, sunt in culpa qui. (paragraph 6)</w:t>
      </w:r>
    </w:p>
    <w:p>
      <w:r>
        <w:t>At vero eos et accusamus et iusto odio dignissimos ducimus qui. Blanditiis praesentium voluptatum deleniti atque corrupti quos dolores. (paragraph 7)</w:t>
      </w:r>
    </w:p>
    <w:p>
      <w:r>
        <w:t>Blanditiis praesentium voluptatum deleniti atque corrupti quos dolores. Itaque earum rerum hic tenetur a sapiente delectus, ut aut reiciendis. (paragraph 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