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Sample Document — Level 4</w:t>
      </w:r>
    </w:p>
    <w:p>
      <w:r>
        <w:t>Lorem ipsum dolor sit amet, consectetur adipiscing elit. Sed do eiusmod tempor incididunt ut labore et dolore magna aliqua. (paragraph 1)</w:t>
      </w:r>
    </w:p>
    <w:p>
      <w:r>
        <w:t>Sed do eiusmod tempor incididunt ut labore et dolore magna aliqua. Excepteur sint occaecat cupidatat non proident, sunt in culpa qui. (paragraph 2)</w:t>
      </w:r>
    </w:p>
    <w:p>
      <w:r>
        <w:t>Ut enim ad minim veniam, quis nostrud exercitation ullamco laboris. Blanditiis praesentium voluptatum deleniti atque corrupti quos dolores. (paragraph 3)</w:t>
      </w:r>
    </w:p>
    <w:p>
      <w:r>
        <w:t>Duis aute irure dolor in reprehenderit in voluptate velit esse cillum. Itaque earum rerum hic tenetur a sapiente delectus, ut aut reiciendis. (paragraph 4)</w:t>
      </w:r>
    </w:p>
    <w:p>
      <w:r>
        <w:t>Excepteur sint occaecat cupidatat non proident, sunt in culpa qui. Sed do eiusmod tempor incididunt ut labore et dolore magna aliqua. (paragraph 5)</w:t>
      </w:r>
    </w:p>
    <w:p>
      <w:r>
        <w:t>Officia deserunt mollit anim id est laborum et dolore magnam aliquam. Excepteur sint occaecat cupidatat non proident, sunt in culpa qui. (paragraph 6)</w:t>
      </w:r>
    </w:p>
    <w:p>
      <w:r>
        <w:t>At vero eos et accusamus et iusto odio dignissimos ducimus qui. Blanditiis praesentium voluptatum deleniti atque corrupti quos dolores. (paragraph 7)</w:t>
      </w:r>
    </w:p>
    <w:p>
      <w:r>
        <w:t>Blanditiis praesentium voluptatum deleniti atque corrupti quos dolores. Itaque earum rerum hic tenetur a sapiente delectus, ut aut reiciendis. (paragraph 8)</w:t>
      </w:r>
    </w:p>
    <w:p>
      <w:r>
        <w:t>Nam libero tempore, cum soluta nobis est eligendi optio cumque nihil. Sed do eiusmod tempor incididunt ut labore et dolore magna aliqua. (paragraph 9)</w:t>
      </w:r>
    </w:p>
    <w:p>
      <w:r>
        <w:t>Temporibus autem quibusdam et aut officiis debitis aut rerum necessitatibus. Excepteur sint occaecat cupidatat non proident, sunt in culpa qui. (paragraph 10)</w:t>
      </w:r>
    </w:p>
    <w:p>
      <w:r>
        <w:t>Itaque earum rerum hic tenetur a sapiente delectus, ut aut reiciendis. Blanditiis praesentium voluptatum deleniti atque corrupti quos dolores. (paragraph 11)</w:t>
      </w:r>
    </w:p>
    <w:p>
      <w:r>
        <w:t>GetSampleData.com provides free sample files for development and QA testing. Itaque earum rerum hic tenetur a sapiente delectus, ut aut reiciendis. (paragraph 12)</w:t>
      </w:r>
    </w:p>
    <w:p>
      <w:r>
        <w:t>Lorem ipsum dolor sit amet, consectetur adipiscing elit. Sed do eiusmod tempor incididunt ut labore et dolore magna aliqua. (paragraph 13)</w:t>
      </w:r>
    </w:p>
    <w:p>
      <w:r>
        <w:t>Sed do eiusmod tempor incididunt ut labore et dolore magna aliqua. Excepteur sint occaecat cupidatat non proident, sunt in culpa qui. (paragraph 14)</w:t>
      </w:r>
    </w:p>
    <w:p>
      <w:r>
        <w:t>Ut enim ad minim veniam, quis nostrud exercitation ullamco laboris. Blanditiis praesentium voluptatum deleniti atque corrupti quos dolores. (paragraph 15)</w:t>
      </w:r>
    </w:p>
    <w:p>
      <w:r>
        <w:t>Duis aute irure dolor in reprehenderit in voluptate velit esse cillum. Itaque earum rerum hic tenetur a sapiente delectus, ut aut reiciendis. (paragraph 16)</w:t>
      </w:r>
    </w:p>
    <w:p>
      <w:r>
        <w:t>Excepteur sint occaecat cupidatat non proident, sunt in culpa qui. Sed do eiusmod tempor incididunt ut labore et dolore magna aliqua. (paragraph 17)</w:t>
      </w:r>
    </w:p>
    <w:p>
      <w:r>
        <w:t>Officia deserunt mollit anim id est laborum et dolore magnam aliquam. Excepteur sint occaecat cupidatat non proident, sunt in culpa qui. (paragraph 18)</w:t>
      </w:r>
    </w:p>
    <w:p>
      <w:r>
        <w:t>At vero eos et accusamus et iusto odio dignissimos ducimus qui. Blanditiis praesentium voluptatum deleniti atque corrupti quos dolores. (paragraph 19)</w:t>
      </w:r>
    </w:p>
    <w:p>
      <w:r>
        <w:t>Blanditiis praesentium voluptatum deleniti atque corrupti quos dolores. Itaque earum rerum hic tenetur a sapiente delectus, ut aut reiciendis. (paragraph 20)</w:t>
      </w:r>
    </w:p>
    <w:p>
      <w:r>
        <w:t>Nam libero tempore, cum soluta nobis est eligendi optio cumque nihil. Sed do eiusmod tempor incididunt ut labore et dolore magna aliqua. (paragraph 21)</w:t>
      </w:r>
    </w:p>
    <w:p>
      <w:r>
        <w:t>Temporibus autem quibusdam et aut officiis debitis aut rerum necessitatibus. Excepteur sint occaecat cupidatat non proident, sunt in culpa qui. (paragraph 22)</w:t>
      </w:r>
    </w:p>
    <w:p>
      <w:r>
        <w:t>Itaque earum rerum hic tenetur a sapiente delectus, ut aut reiciendis. Blanditiis praesentium voluptatum deleniti atque corrupti quos dolores. (paragraph 23)</w:t>
      </w:r>
    </w:p>
    <w:p>
      <w:r>
        <w:t>GetSampleData.com provides free sample files for development and QA testing. Itaque earum rerum hic tenetur a sapiente delectus, ut aut reiciendis. (paragraph 24)</w:t>
      </w:r>
    </w:p>
    <w:p>
      <w:r>
        <w:t>Lorem ipsum dolor sit amet, consectetur adipiscing elit. Sed do eiusmod tempor incididunt ut labore et dolore magna aliqua. (paragraph 25)</w:t>
      </w:r>
    </w:p>
    <w:p>
      <w:r>
        <w:t>Sed do eiusmod tempor incididunt ut labore et dolore magna aliqua. Excepteur sint occaecat cupidatat non proident, sunt in culpa qui. (paragraph 26)</w:t>
      </w:r>
    </w:p>
    <w:p>
      <w:r>
        <w:t>Ut enim ad minim veniam, quis nostrud exercitation ullamco laboris. Blanditiis praesentium voluptatum deleniti atque corrupti quos dolores. (paragraph 27)</w:t>
      </w:r>
    </w:p>
    <w:p>
      <w:r>
        <w:t>Duis aute irure dolor in reprehenderit in voluptate velit esse cillum. Itaque earum rerum hic tenetur a sapiente delectus, ut aut reiciendis. (paragraph 28)</w:t>
      </w:r>
    </w:p>
    <w:p>
      <w:r>
        <w:t>Excepteur sint occaecat cupidatat non proident, sunt in culpa qui. Sed do eiusmod tempor incididunt ut labore et dolore magna aliqua. (paragraph 29)</w:t>
      </w:r>
    </w:p>
    <w:p>
      <w:r>
        <w:t>Officia deserunt mollit anim id est laborum et dolore magnam aliquam. Excepteur sint occaecat cupidatat non proident, sunt in culpa qui. (paragraph 30)</w:t>
      </w:r>
    </w:p>
    <w:p>
      <w:r>
        <w:t>At vero eos et accusamus et iusto odio dignissimos ducimus qui. Blanditiis praesentium voluptatum deleniti atque corrupti quos dolores. (paragraph 31)</w:t>
      </w:r>
    </w:p>
    <w:p>
      <w:r>
        <w:t>Blanditiis praesentium voluptatum deleniti atque corrupti quos dolores. Itaque earum rerum hic tenetur a sapiente delectus, ut aut reiciendis. (paragraph 32)</w:t>
      </w:r>
    </w:p>
    <w:p>
      <w:r>
        <w:t>Nam libero tempore, cum soluta nobis est eligendi optio cumque nihil. Sed do eiusmod tempor incididunt ut labore et dolore magna aliqua. (paragraph 33)</w:t>
      </w:r>
    </w:p>
    <w:p>
      <w:r>
        <w:t>Temporibus autem quibusdam et aut officiis debitis aut rerum necessitatibus. Excepteur sint occaecat cupidatat non proident, sunt in culpa qui. (paragraph 34)</w:t>
      </w:r>
    </w:p>
    <w:p>
      <w:r>
        <w:t>Itaque earum rerum hic tenetur a sapiente delectus, ut aut reiciendis. Blanditiis praesentium voluptatum deleniti atque corrupti quos dolores. (paragraph 35)</w:t>
      </w:r>
    </w:p>
    <w:p>
      <w:r>
        <w:t>GetSampleData.com provides free sample files for development and QA testing. Itaque earum rerum hic tenetur a sapiente delectus, ut aut reiciendis. (paragraph 36)</w:t>
      </w:r>
    </w:p>
    <w:p>
      <w:r>
        <w:t>Lorem ipsum dolor sit amet, consectetur adipiscing elit. Sed do eiusmod tempor incididunt ut labore et dolore magna aliqua. (paragraph 37)</w:t>
      </w:r>
    </w:p>
    <w:p>
      <w:r>
        <w:t>Sed do eiusmod tempor incididunt ut labore et dolore magna aliqua. Excepteur sint occaecat cupidatat non proident, sunt in culpa qui. (paragraph 38)</w:t>
      </w:r>
    </w:p>
    <w:p>
      <w:r>
        <w:t>Ut enim ad minim veniam, quis nostrud exercitation ullamco laboris. Blanditiis praesentium voluptatum deleniti atque corrupti quos dolores. (paragraph 39)</w:t>
      </w:r>
    </w:p>
    <w:p>
      <w:r>
        <w:t>Duis aute irure dolor in reprehenderit in voluptate velit esse cillum. Itaque earum rerum hic tenetur a sapiente delectus, ut aut reiciendis. (paragraph 40)</w:t>
      </w:r>
    </w:p>
    <w:p>
      <w:r>
        <w:t>Excepteur sint occaecat cupidatat non proident, sunt in culpa qui. Sed do eiusmod tempor incididunt ut labore et dolore magna aliqua. (paragraph 41)</w:t>
      </w:r>
    </w:p>
    <w:p>
      <w:r>
        <w:t>Officia deserunt mollit anim id est laborum et dolore magnam aliquam. Excepteur sint occaecat cupidatat non proident, sunt in culpa qui. (paragraph 42)</w:t>
      </w:r>
    </w:p>
    <w:p>
      <w:r>
        <w:t>At vero eos et accusamus et iusto odio dignissimos ducimus qui. Blanditiis praesentium voluptatum deleniti atque corrupti quos dolores. (paragraph 43)</w:t>
      </w:r>
    </w:p>
    <w:p>
      <w:r>
        <w:t>Blanditiis praesentium voluptatum deleniti atque corrupti quos dolores. Itaque earum rerum hic tenetur a sapiente delectus, ut aut reiciendis. (paragraph 44)</w:t>
      </w:r>
    </w:p>
    <w:p>
      <w:r>
        <w:t>Nam libero tempore, cum soluta nobis est eligendi optio cumque nihil. Sed do eiusmod tempor incididunt ut labore et dolore magna aliqua. (paragraph 45)</w:t>
      </w:r>
    </w:p>
    <w:p>
      <w:r>
        <w:t>Temporibus autem quibusdam et aut officiis debitis aut rerum necessitatibus. Excepteur sint occaecat cupidatat non proident, sunt in culpa qui. (paragraph 46)</w:t>
      </w:r>
    </w:p>
    <w:p>
      <w:r>
        <w:t>Itaque earum rerum hic tenetur a sapiente delectus, ut aut reiciendis. Blanditiis praesentium voluptatum deleniti atque corrupti quos dolores. (paragraph 47)</w:t>
      </w:r>
    </w:p>
    <w:p>
      <w:r>
        <w:t>GetSampleData.com provides free sample files for development and QA testing. Itaque earum rerum hic tenetur a sapiente delectus, ut aut reiciendis. (paragraph 48)</w:t>
      </w:r>
    </w:p>
    <w:p>
      <w:r>
        <w:t>Lorem ipsum dolor sit amet, consectetur adipiscing elit. Sed do eiusmod tempor incididunt ut labore et dolore magna aliqua. (paragraph 49)</w:t>
      </w:r>
    </w:p>
    <w:p>
      <w:r>
        <w:t>Sed do eiusmod tempor incididunt ut labore et dolore magna aliqua. Excepteur sint occaecat cupidatat non proident, sunt in culpa qui. (paragraph 50)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